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תפריט הנקודות - בניית לוח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עיקרון תפריט הנקודות בבניית לוח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ניקוד של משימות עד 10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בניית הלוח ובחירת משימות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כמה נקודות שווה המשימה?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3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גמישות מלאה בבחירת המשימות, העיקר להגיע לפחות ל-10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בנויים שלושת הצעדים בבניית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לניקוד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(2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(3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מבנה ללוח, למשל תפריט הנקודות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מקלידים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משימות עד שמגיעים לפחות ל-10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שכתוב 'הלוח מוכן'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לוח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יש משימות בערכים שונים (2, 3, 5 נקודות) וכל תלמיד יכול לבחור שילוב שמתאים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10 נקודות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המסר, מונולוג, סוף אחר, כתבה בעיתון, הפרק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מבנה, כתיבת שם הסיפור, בחירת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כל זוג מתכנן יחד שילוב משימות שמגיע ל-10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לתלמידים דוגמה אחת מהתפריט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רק בזיהוי ניקוד המשימות ללא תכנון 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תפריט הנקודות - בניית לוח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תפריט הנקודות - דרך לבנות לוח בחירה לסיפור. כל משימה שווה 2, 3 או 5 נקודות, ובוחרים משימות עד שמגיעים לפחות ל-10 נקודות.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דמות  ·  דמות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כמה נקודות שווה המשימה?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נקודות שווה המשימה 'הקונפליקט'?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נקודות שווה המשימה 'כרטיס דמות'?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 נקודות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הרבה משימות קלות או מעט משימות מאתגרות כדי להגיע ל-10 נקודות.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בחירת המשימות צריך לבחור מבנה ללוח ולהקליד את שם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במשימת 'כרטיס __________' כותבים פרטים על דמות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במשימת 'ראיון עם __________' מראיינים דמות מהסיפור.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המשימה לניקוד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זמן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3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2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שכתוב 'הלוח מוכן'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משימות עד שמגיעים לפחות ל-10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מקלידים את שם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מבנה ללוח, למשל תפריט הנקודות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תכננו לוח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אפשר להגיע ל-10 נקודות בכמה דרכים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נקודות צריך לאסוף לפחות כדי שהלוח יהיה מוכן?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למשימה ששווה 5 נקודות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תפריט הנקודות - בניית לוח לסיפור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